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37AE74" w14:textId="77777777" w:rsidR="00EB11D9" w:rsidRDefault="00000000">
      <w:pPr>
        <w:jc w:val="center"/>
      </w:pPr>
      <w:r>
        <w:rPr>
          <w:noProof/>
        </w:rPr>
        <w:drawing>
          <wp:inline distT="0" distB="0" distL="0" distR="0" wp14:anchorId="4904F182" wp14:editId="5DB1E2AA">
            <wp:extent cx="1440000" cy="8030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0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C97BF" w14:textId="11E3EB7D" w:rsidR="00EB11D9" w:rsidRPr="001971DE" w:rsidRDefault="001971DE">
      <w:pPr>
        <w:pStyle w:val="Title"/>
        <w:jc w:val="center"/>
        <w:rPr>
          <w:sz w:val="40"/>
          <w:szCs w:val="40"/>
        </w:rPr>
      </w:pPr>
      <w:proofErr w:type="spellStart"/>
      <w:r w:rsidRPr="001971DE">
        <w:rPr>
          <w:sz w:val="40"/>
          <w:szCs w:val="40"/>
        </w:rPr>
        <w:t>Molba</w:t>
      </w:r>
      <w:proofErr w:type="spellEnd"/>
      <w:r w:rsidRPr="001971DE">
        <w:rPr>
          <w:sz w:val="40"/>
          <w:szCs w:val="40"/>
        </w:rPr>
        <w:t xml:space="preserve"> za </w:t>
      </w:r>
      <w:proofErr w:type="spellStart"/>
      <w:r w:rsidRPr="001971DE">
        <w:rPr>
          <w:sz w:val="40"/>
          <w:szCs w:val="40"/>
        </w:rPr>
        <w:t>obavljanje</w:t>
      </w:r>
      <w:proofErr w:type="spellEnd"/>
      <w:r w:rsidRPr="001971DE">
        <w:rPr>
          <w:sz w:val="40"/>
          <w:szCs w:val="40"/>
        </w:rPr>
        <w:t xml:space="preserve"> </w:t>
      </w:r>
      <w:proofErr w:type="spellStart"/>
      <w:r w:rsidRPr="001971DE">
        <w:rPr>
          <w:sz w:val="40"/>
          <w:szCs w:val="40"/>
        </w:rPr>
        <w:t>umjetničkih</w:t>
      </w:r>
      <w:proofErr w:type="spellEnd"/>
      <w:r w:rsidRPr="001971DE">
        <w:rPr>
          <w:sz w:val="40"/>
          <w:szCs w:val="40"/>
        </w:rPr>
        <w:t xml:space="preserve"> </w:t>
      </w:r>
      <w:proofErr w:type="spellStart"/>
      <w:r w:rsidRPr="001971DE">
        <w:rPr>
          <w:sz w:val="40"/>
          <w:szCs w:val="40"/>
        </w:rPr>
        <w:t>poslova</w:t>
      </w:r>
      <w:proofErr w:type="spellEnd"/>
      <w:r w:rsidRPr="001971DE">
        <w:rPr>
          <w:sz w:val="40"/>
          <w:szCs w:val="40"/>
        </w:rPr>
        <w:t xml:space="preserve"> </w:t>
      </w:r>
      <w:proofErr w:type="spellStart"/>
      <w:r w:rsidRPr="001971DE">
        <w:rPr>
          <w:sz w:val="40"/>
          <w:szCs w:val="40"/>
        </w:rPr>
        <w:t>izvan</w:t>
      </w:r>
      <w:proofErr w:type="spellEnd"/>
      <w:r w:rsidRPr="001971DE">
        <w:rPr>
          <w:sz w:val="40"/>
          <w:szCs w:val="40"/>
        </w:rPr>
        <w:t xml:space="preserve"> </w:t>
      </w:r>
      <w:proofErr w:type="spellStart"/>
      <w:r w:rsidRPr="001971DE">
        <w:rPr>
          <w:sz w:val="40"/>
          <w:szCs w:val="40"/>
        </w:rPr>
        <w:t>Kazališta</w:t>
      </w:r>
      <w:proofErr w:type="spellEnd"/>
    </w:p>
    <w:p w14:paraId="48C63AC0" w14:textId="77777777" w:rsidR="00EB11D9" w:rsidRDefault="00000000">
      <w:pPr>
        <w:spacing w:after="280"/>
      </w:pPr>
      <w:r>
        <w:t>Ime i prezime:  __________________________________________________</w:t>
      </w:r>
    </w:p>
    <w:p w14:paraId="77C8B2B6" w14:textId="77777777" w:rsidR="00EB11D9" w:rsidRDefault="00000000">
      <w:r>
        <w:t>Za svaki datum navedite mjesto, produkciju i naziv projekta. Ako znate vrijeme angažmana, upišite ga – možda ćete istoga dana moći igrati večernju predstavu u Gavelli.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9"/>
        <w:gridCol w:w="2379"/>
        <w:gridCol w:w="2379"/>
        <w:gridCol w:w="2379"/>
      </w:tblGrid>
      <w:tr w:rsidR="00EB11D9" w14:paraId="717F7D98" w14:textId="77777777">
        <w:tc>
          <w:tcPr>
            <w:tcW w:w="2379" w:type="dxa"/>
          </w:tcPr>
          <w:p w14:paraId="697CDD96" w14:textId="77777777" w:rsidR="00EB11D9" w:rsidRDefault="00000000">
            <w:r>
              <w:rPr>
                <w:b/>
                <w:sz w:val="18"/>
              </w:rPr>
              <w:t>Datum i vrijeme</w:t>
            </w:r>
            <w:r>
              <w:rPr>
                <w:b/>
                <w:sz w:val="18"/>
              </w:rPr>
              <w:br/>
              <w:t>(ako je poznato)</w:t>
            </w:r>
          </w:p>
        </w:tc>
        <w:tc>
          <w:tcPr>
            <w:tcW w:w="2379" w:type="dxa"/>
          </w:tcPr>
          <w:p w14:paraId="764DABDD" w14:textId="77777777" w:rsidR="00EB11D9" w:rsidRDefault="00000000">
            <w:r>
              <w:rPr>
                <w:b/>
                <w:sz w:val="18"/>
              </w:rPr>
              <w:t>Grad / mjesto</w:t>
            </w:r>
          </w:p>
        </w:tc>
        <w:tc>
          <w:tcPr>
            <w:tcW w:w="2379" w:type="dxa"/>
          </w:tcPr>
          <w:p w14:paraId="1CC73E77" w14:textId="77777777" w:rsidR="00EB11D9" w:rsidRDefault="00000000">
            <w:r>
              <w:rPr>
                <w:b/>
                <w:sz w:val="18"/>
              </w:rPr>
              <w:t>Produkcija</w:t>
            </w:r>
            <w:r>
              <w:rPr>
                <w:b/>
                <w:sz w:val="18"/>
              </w:rPr>
              <w:br/>
              <w:t>(kazalište, TV kuća…)</w:t>
            </w:r>
          </w:p>
        </w:tc>
        <w:tc>
          <w:tcPr>
            <w:tcW w:w="2379" w:type="dxa"/>
          </w:tcPr>
          <w:p w14:paraId="22B41467" w14:textId="77777777" w:rsidR="00EB11D9" w:rsidRDefault="00000000">
            <w:r>
              <w:rPr>
                <w:b/>
                <w:sz w:val="18"/>
              </w:rPr>
              <w:t>Naziv predstave / projekta</w:t>
            </w:r>
          </w:p>
        </w:tc>
      </w:tr>
      <w:tr w:rsidR="00EB11D9" w14:paraId="48D9E3DD" w14:textId="77777777">
        <w:tc>
          <w:tcPr>
            <w:tcW w:w="2379" w:type="dxa"/>
          </w:tcPr>
          <w:p w14:paraId="430229AD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4505BC9F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0821F363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1982C55B" w14:textId="77777777" w:rsidR="00EB11D9" w:rsidRDefault="00000000">
            <w:r>
              <w:br/>
            </w:r>
          </w:p>
        </w:tc>
      </w:tr>
      <w:tr w:rsidR="00EB11D9" w14:paraId="21AB1C6C" w14:textId="77777777">
        <w:tc>
          <w:tcPr>
            <w:tcW w:w="2379" w:type="dxa"/>
          </w:tcPr>
          <w:p w14:paraId="6A076AC7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399837CC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1FA16F58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0F393B78" w14:textId="77777777" w:rsidR="00EB11D9" w:rsidRDefault="00000000">
            <w:r>
              <w:br/>
            </w:r>
          </w:p>
        </w:tc>
      </w:tr>
      <w:tr w:rsidR="00EB11D9" w14:paraId="7C4E43B9" w14:textId="77777777">
        <w:tc>
          <w:tcPr>
            <w:tcW w:w="2379" w:type="dxa"/>
          </w:tcPr>
          <w:p w14:paraId="3C6E2D0E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69C35969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0649FD7F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5F8E9746" w14:textId="77777777" w:rsidR="00EB11D9" w:rsidRDefault="00000000">
            <w:r>
              <w:br/>
            </w:r>
          </w:p>
        </w:tc>
      </w:tr>
      <w:tr w:rsidR="00EB11D9" w14:paraId="76F06049" w14:textId="77777777">
        <w:tc>
          <w:tcPr>
            <w:tcW w:w="2379" w:type="dxa"/>
          </w:tcPr>
          <w:p w14:paraId="6189149B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62E856A6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0650FE11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6C2F8AE5" w14:textId="77777777" w:rsidR="00EB11D9" w:rsidRDefault="00000000">
            <w:r>
              <w:br/>
            </w:r>
          </w:p>
        </w:tc>
      </w:tr>
      <w:tr w:rsidR="00EB11D9" w14:paraId="7613EA54" w14:textId="77777777">
        <w:tc>
          <w:tcPr>
            <w:tcW w:w="2379" w:type="dxa"/>
          </w:tcPr>
          <w:p w14:paraId="7EAABC56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77083E21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124460D1" w14:textId="77777777" w:rsidR="00EB11D9" w:rsidRDefault="00000000">
            <w:r>
              <w:br/>
            </w:r>
          </w:p>
        </w:tc>
        <w:tc>
          <w:tcPr>
            <w:tcW w:w="2379" w:type="dxa"/>
          </w:tcPr>
          <w:p w14:paraId="6442E9E5" w14:textId="77777777" w:rsidR="00EB11D9" w:rsidRDefault="00000000">
            <w:r>
              <w:br/>
            </w:r>
          </w:p>
        </w:tc>
      </w:tr>
    </w:tbl>
    <w:p w14:paraId="7511872F" w14:textId="77777777" w:rsidR="00EB11D9" w:rsidRDefault="00000000">
      <w:pPr>
        <w:spacing w:before="320"/>
      </w:pPr>
      <w:r>
        <w:t>Napomena (po potrebi): __________________________________________________</w:t>
      </w:r>
    </w:p>
    <w:p w14:paraId="3C7BFADA" w14:textId="77777777" w:rsidR="00EB11D9" w:rsidRDefault="00000000">
      <w:r>
        <w:t>________________________________________________________________________</w:t>
      </w:r>
    </w:p>
    <w:p w14:paraId="7B5362DF" w14:textId="4A8691A1" w:rsidR="00EB11D9" w:rsidRDefault="00000000">
      <w:pPr>
        <w:pStyle w:val="Caption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pošaljite</w:t>
      </w:r>
      <w:proofErr w:type="spellEnd"/>
      <w:r>
        <w:t xml:space="preserve"> </w:t>
      </w:r>
      <w:proofErr w:type="spellStart"/>
      <w:r>
        <w:t>produ</w:t>
      </w:r>
      <w:r w:rsidR="001971DE">
        <w:t>kciji</w:t>
      </w:r>
      <w:proofErr w:type="spellEnd"/>
      <w:r w:rsidR="001971DE">
        <w:t xml:space="preserve"> </w:t>
      </w:r>
      <w:proofErr w:type="spellStart"/>
      <w:r w:rsidR="001971DE">
        <w:t>na</w:t>
      </w:r>
      <w:proofErr w:type="spellEnd"/>
      <w:r w:rsidR="001971DE">
        <w:t xml:space="preserve"> vanda.volic@gavella.hr</w:t>
      </w:r>
      <w:r>
        <w:t xml:space="preserve">. </w:t>
      </w:r>
      <w:proofErr w:type="spellStart"/>
      <w:r w:rsidR="001971DE">
        <w:t>Suglasnost</w:t>
      </w:r>
      <w:proofErr w:type="spellEnd"/>
      <w:r>
        <w:t xml:space="preserve"> </w:t>
      </w:r>
      <w:proofErr w:type="spellStart"/>
      <w:r>
        <w:t>vrijedi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 w:rsidR="001453C3">
        <w:t>izdane</w:t>
      </w:r>
      <w:proofErr w:type="spellEnd"/>
      <w:r w:rsidR="001971DE">
        <w:t xml:space="preserve"> </w:t>
      </w:r>
      <w:proofErr w:type="spellStart"/>
      <w:r w:rsidR="001971DE">
        <w:t>potvrde</w:t>
      </w:r>
      <w:proofErr w:type="spellEnd"/>
      <w:r w:rsidR="001971DE">
        <w:t xml:space="preserve"> ravnatelja</w:t>
      </w:r>
      <w:r>
        <w:t>.</w:t>
      </w:r>
    </w:p>
    <w:sectPr w:rsidR="00EB11D9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0536642">
    <w:abstractNumId w:val="8"/>
  </w:num>
  <w:num w:numId="2" w16cid:durableId="1529559328">
    <w:abstractNumId w:val="6"/>
  </w:num>
  <w:num w:numId="3" w16cid:durableId="1387608307">
    <w:abstractNumId w:val="5"/>
  </w:num>
  <w:num w:numId="4" w16cid:durableId="1782148409">
    <w:abstractNumId w:val="4"/>
  </w:num>
  <w:num w:numId="5" w16cid:durableId="1554384695">
    <w:abstractNumId w:val="7"/>
  </w:num>
  <w:num w:numId="6" w16cid:durableId="726227342">
    <w:abstractNumId w:val="3"/>
  </w:num>
  <w:num w:numId="7" w16cid:durableId="1097793617">
    <w:abstractNumId w:val="2"/>
  </w:num>
  <w:num w:numId="8" w16cid:durableId="1037438176">
    <w:abstractNumId w:val="1"/>
  </w:num>
  <w:num w:numId="9" w16cid:durableId="2493895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53C3"/>
    <w:rsid w:val="0015074B"/>
    <w:rsid w:val="001971DE"/>
    <w:rsid w:val="0029639D"/>
    <w:rsid w:val="00326F90"/>
    <w:rsid w:val="006167FF"/>
    <w:rsid w:val="00AA1D8D"/>
    <w:rsid w:val="00B47730"/>
    <w:rsid w:val="00C13BCB"/>
    <w:rsid w:val="00CB0664"/>
    <w:rsid w:val="00EB11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15AED25"/>
  <w14:defaultImageDpi w14:val="300"/>
  <w15:docId w15:val="{A58DFED8-AA30-6246-B342-B7B2BE5DA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Tea Jambrović</cp:lastModifiedBy>
  <cp:revision>3</cp:revision>
  <dcterms:created xsi:type="dcterms:W3CDTF">2013-12-23T23:15:00Z</dcterms:created>
  <dcterms:modified xsi:type="dcterms:W3CDTF">2026-10-22T09:44:00Z</dcterms:modified>
  <cp:category/>
</cp:coreProperties>
</file>